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E15" w:rsidRPr="002C0E15" w:rsidRDefault="002B242C" w:rsidP="002C0E15">
      <w:pPr>
        <w:jc w:val="center"/>
        <w:rPr>
          <w:b/>
          <w:sz w:val="36"/>
          <w:lang w:val="fr-CH"/>
        </w:rPr>
      </w:pPr>
      <w:r w:rsidRPr="002C0E15">
        <w:rPr>
          <w:b/>
          <w:sz w:val="36"/>
          <w:highlight w:val="cyan"/>
          <w:lang w:val="fr-CH"/>
        </w:rPr>
        <w:t xml:space="preserve">FICHE D’INSCRIPTION – </w:t>
      </w:r>
      <w:r w:rsidR="005E1D0A" w:rsidRPr="002C0E15">
        <w:rPr>
          <w:b/>
          <w:sz w:val="36"/>
          <w:highlight w:val="cyan"/>
          <w:lang w:val="fr-CH"/>
        </w:rPr>
        <w:t>TALV</w:t>
      </w:r>
      <w:r w:rsidR="002C0E15" w:rsidRPr="002C0E15">
        <w:rPr>
          <w:b/>
          <w:sz w:val="36"/>
          <w:highlight w:val="cyan"/>
          <w:lang w:val="fr-CH"/>
        </w:rPr>
        <w:t xml:space="preserve">– </w:t>
      </w:r>
      <w:r w:rsidR="002C0E15" w:rsidRPr="002C0E15">
        <w:rPr>
          <w:sz w:val="48"/>
          <w:szCs w:val="48"/>
          <w:highlight w:val="cyan"/>
          <w:lang w:val="fr-CH"/>
        </w:rPr>
        <w:t>2026-2027</w:t>
      </w:r>
    </w:p>
    <w:p w:rsidR="00D51B7A" w:rsidRPr="00D0002F" w:rsidRDefault="002B242C">
      <w:pPr>
        <w:spacing w:after="120"/>
        <w:jc w:val="center"/>
        <w:rPr>
          <w:color w:val="7030A0"/>
          <w:u w:val="single"/>
          <w:lang w:val="fr-CH"/>
        </w:rPr>
      </w:pPr>
      <w:r w:rsidRPr="00D0002F">
        <w:rPr>
          <w:b/>
          <w:color w:val="7030A0"/>
          <w:sz w:val="32"/>
          <w:szCs w:val="32"/>
          <w:lang w:val="fr-CH"/>
        </w:rPr>
        <w:t>Merci de compléter cette fiche de préférence au format numérique.</w:t>
      </w:r>
      <w:r w:rsidRPr="00D0002F">
        <w:rPr>
          <w:color w:val="7030A0"/>
          <w:lang w:val="fr-CH"/>
        </w:rPr>
        <w:br/>
      </w:r>
      <w:r w:rsidRPr="00D0002F">
        <w:rPr>
          <w:color w:val="7030A0"/>
          <w:u w:val="single"/>
          <w:lang w:val="fr-CH"/>
        </w:rPr>
        <w:t>En cas de remplissage manuscrit, merci d’écrire LISIBLEMENT ET EN LETTRES MAJUSCULES.</w:t>
      </w:r>
      <w:r w:rsidRPr="00D0002F">
        <w:rPr>
          <w:i/>
          <w:color w:val="7030A0"/>
          <w:u w:val="single"/>
          <w:lang w:val="fr-CH"/>
        </w:rPr>
        <w:br/>
        <w:t>Toute information illisible ne pourra pas être prise en compte.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D51B7A">
        <w:trPr>
          <w:trHeight w:val="652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D51B7A">
            <w:pPr>
              <w:spacing w:after="0"/>
            </w:pP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D51B7A" w:rsidP="002C0E15">
            <w:pPr>
              <w:spacing w:after="0"/>
              <w:jc w:val="center"/>
            </w:pPr>
          </w:p>
        </w:tc>
      </w:tr>
    </w:tbl>
    <w:p w:rsidR="00D51B7A" w:rsidRDefault="00D51B7A"/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2"/>
        <w:gridCol w:w="448"/>
      </w:tblGrid>
      <w:tr w:rsidR="00D51B7A">
        <w:tc>
          <w:tcPr>
            <w:tcW w:w="10652" w:type="dxa"/>
            <w:gridSpan w:val="3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t xml:space="preserve">1. INFORMATIONS </w:t>
            </w:r>
            <w:r w:rsidRPr="00E710DD">
              <w:rPr>
                <w:b/>
                <w:color w:val="FF00FF"/>
                <w:sz w:val="24"/>
              </w:rPr>
              <w:t>SUR L’ENFANT</w:t>
            </w:r>
          </w:p>
        </w:tc>
      </w:tr>
      <w:tr w:rsidR="00D51B7A">
        <w:tblPrEx>
          <w:jc w:val="center"/>
        </w:tblPrEx>
        <w:trPr>
          <w:gridAfter w:val="1"/>
          <w:wAfter w:w="448" w:type="dxa"/>
          <w:trHeight w:val="765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NOM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PRÉNOM</w:t>
            </w:r>
          </w:p>
        </w:tc>
      </w:tr>
      <w:tr w:rsidR="00D51B7A">
        <w:tblPrEx>
          <w:jc w:val="center"/>
        </w:tblPrEx>
        <w:trPr>
          <w:gridAfter w:val="1"/>
          <w:wAfter w:w="448" w:type="dxa"/>
          <w:trHeight w:val="765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DATE DE NAISSANCE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ÉCOLE / CLASSE</w:t>
            </w:r>
            <w:r>
              <w:br/>
            </w:r>
          </w:p>
        </w:tc>
      </w:tr>
      <w:tr w:rsidR="00D51B7A">
        <w:tblPrEx>
          <w:jc w:val="center"/>
        </w:tblPrEx>
        <w:trPr>
          <w:gridAfter w:val="1"/>
          <w:wAfter w:w="448" w:type="dxa"/>
          <w:trHeight w:val="765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ADRESSE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NPA / LOCALITÉ</w:t>
            </w:r>
            <w:r>
              <w:br/>
            </w:r>
          </w:p>
        </w:tc>
      </w:tr>
    </w:tbl>
    <w:p w:rsidR="00D51B7A" w:rsidRDefault="00D51B7A"/>
    <w:tbl>
      <w:tblPr>
        <w:tblW w:w="0" w:type="auto"/>
        <w:tblLook w:val="04A0" w:firstRow="1" w:lastRow="0" w:firstColumn="1" w:lastColumn="0" w:noHBand="0" w:noVBand="1"/>
      </w:tblPr>
      <w:tblGrid>
        <w:gridCol w:w="10652"/>
      </w:tblGrid>
      <w:tr w:rsidR="00D51B7A">
        <w:tc>
          <w:tcPr>
            <w:tcW w:w="10652" w:type="dxa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t>2. RESPONSABLES LÉGAUX</w:t>
            </w:r>
          </w:p>
        </w:tc>
      </w:tr>
    </w:tbl>
    <w:p w:rsidR="00E710DD" w:rsidRDefault="00E710DD">
      <w:pPr>
        <w:spacing w:after="40"/>
        <w:rPr>
          <w:b/>
          <w:color w:val="00B050"/>
          <w:u w:val="single"/>
        </w:rPr>
      </w:pPr>
    </w:p>
    <w:p w:rsidR="00D51B7A" w:rsidRPr="00E710DD" w:rsidRDefault="002B242C">
      <w:pPr>
        <w:spacing w:after="40"/>
        <w:rPr>
          <w:color w:val="00B050"/>
          <w:u w:val="single"/>
        </w:rPr>
      </w:pPr>
      <w:r w:rsidRPr="00E710DD">
        <w:rPr>
          <w:b/>
          <w:color w:val="00B050"/>
          <w:u w:val="single"/>
        </w:rPr>
        <w:t>RESPONSABLE 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D51B7A" w:rsidRPr="005E1D0A">
        <w:trPr>
          <w:trHeight w:val="708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NOM / PRÉNOM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LIEN AVEC L’ENFANT</w:t>
            </w:r>
            <w:r w:rsidRPr="005E1D0A">
              <w:rPr>
                <w:lang w:val="fr-CH"/>
              </w:rPr>
              <w:br/>
            </w:r>
          </w:p>
        </w:tc>
      </w:tr>
      <w:tr w:rsidR="00D51B7A">
        <w:trPr>
          <w:trHeight w:val="708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TÉLÉPHONE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E-MAIL</w:t>
            </w:r>
            <w:r>
              <w:br/>
            </w:r>
          </w:p>
        </w:tc>
      </w:tr>
      <w:tr w:rsidR="00D51B7A">
        <w:trPr>
          <w:trHeight w:val="708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ADRESSE SI DIFFÉRENTE</w:t>
            </w:r>
            <w:r w:rsidRPr="005E1D0A">
              <w:rPr>
                <w:lang w:val="fr-CH"/>
              </w:rP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☐ MÊME ADRESSE QUE L’ENFANT</w:t>
            </w:r>
          </w:p>
        </w:tc>
      </w:tr>
    </w:tbl>
    <w:p w:rsidR="00D51B7A" w:rsidRPr="00E710DD" w:rsidRDefault="002B242C">
      <w:pPr>
        <w:spacing w:after="40"/>
        <w:rPr>
          <w:color w:val="00B0F0"/>
          <w:u w:val="single"/>
        </w:rPr>
      </w:pPr>
      <w:r w:rsidRPr="00E710DD">
        <w:rPr>
          <w:b/>
          <w:color w:val="00B0F0"/>
          <w:u w:val="single"/>
        </w:rPr>
        <w:t>RESPONSABLE 2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D51B7A" w:rsidRPr="005E1D0A">
        <w:trPr>
          <w:trHeight w:val="708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NOM / PRÉNOM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LIEN AVEC L’ENFANT</w:t>
            </w:r>
            <w:r w:rsidRPr="005E1D0A">
              <w:rPr>
                <w:lang w:val="fr-CH"/>
              </w:rPr>
              <w:br/>
            </w:r>
          </w:p>
        </w:tc>
      </w:tr>
      <w:tr w:rsidR="00D51B7A">
        <w:trPr>
          <w:trHeight w:val="708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TÉLÉPHONE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E-MAIL</w:t>
            </w:r>
            <w:r>
              <w:br/>
            </w:r>
          </w:p>
        </w:tc>
      </w:tr>
    </w:tbl>
    <w:p w:rsidR="00D51B7A" w:rsidRDefault="002B242C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2"/>
      </w:tblGrid>
      <w:tr w:rsidR="00D51B7A">
        <w:tc>
          <w:tcPr>
            <w:tcW w:w="10652" w:type="dxa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lastRenderedPageBreak/>
              <w:t>3. CONTACT EN CAS D’URGENCE</w:t>
            </w:r>
          </w:p>
        </w:tc>
      </w:tr>
    </w:tbl>
    <w:p w:rsidR="00D51B7A" w:rsidRPr="005E1D0A" w:rsidRDefault="002B242C">
      <w:pPr>
        <w:rPr>
          <w:lang w:val="fr-CH"/>
        </w:rPr>
      </w:pPr>
      <w:r w:rsidRPr="005E1D0A">
        <w:rPr>
          <w:i/>
          <w:lang w:val="fr-CH"/>
        </w:rPr>
        <w:t>Personne à contacter si les responsables légaux ne sont pas joignables.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D51B7A" w:rsidRPr="005E1D0A">
        <w:trPr>
          <w:trHeight w:val="765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NOM / PRÉNOM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LIEN AVEC L’ENFANT</w:t>
            </w:r>
            <w:r w:rsidRPr="005E1D0A">
              <w:rPr>
                <w:lang w:val="fr-CH"/>
              </w:rPr>
              <w:br/>
            </w:r>
          </w:p>
        </w:tc>
      </w:tr>
      <w:tr w:rsidR="00D51B7A">
        <w:trPr>
          <w:trHeight w:val="765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TÉLÉPHONE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AUTRE TÉLÉPHONE</w:t>
            </w:r>
            <w:r>
              <w:br/>
            </w:r>
          </w:p>
        </w:tc>
      </w:tr>
    </w:tbl>
    <w:p w:rsidR="00D51B7A" w:rsidRDefault="00D51B7A"/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2"/>
        <w:gridCol w:w="448"/>
      </w:tblGrid>
      <w:tr w:rsidR="00D51B7A">
        <w:tc>
          <w:tcPr>
            <w:tcW w:w="10652" w:type="dxa"/>
            <w:gridSpan w:val="3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t>4. SANTÉ ET INFORMATIONS IMPORTANTES</w:t>
            </w:r>
          </w:p>
        </w:tc>
      </w:tr>
      <w:tr w:rsidR="00D51B7A">
        <w:tblPrEx>
          <w:jc w:val="center"/>
        </w:tblPrEx>
        <w:trPr>
          <w:gridAfter w:val="1"/>
          <w:wAfter w:w="448" w:type="dxa"/>
          <w:trHeight w:val="765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ASSURANCE ACCIDENT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RESPONSABILITÉ CIVILE</w:t>
            </w:r>
            <w:r>
              <w:br/>
            </w:r>
          </w:p>
        </w:tc>
      </w:tr>
    </w:tbl>
    <w:p w:rsidR="00D51B7A" w:rsidRPr="005E1D0A" w:rsidRDefault="002B242C">
      <w:pPr>
        <w:spacing w:before="80" w:after="40"/>
        <w:rPr>
          <w:lang w:val="fr-CH"/>
        </w:rPr>
      </w:pPr>
      <w:r w:rsidRPr="005E1D0A">
        <w:rPr>
          <w:b/>
          <w:lang w:val="fr-CH"/>
        </w:rPr>
        <w:t>ALLERGIES / INTOLÉRANCES   ☐ NON   ☐ OUI – PRÉCISEZ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2"/>
      </w:tblGrid>
      <w:tr w:rsidR="00D51B7A">
        <w:trPr>
          <w:trHeight w:val="878"/>
        </w:trPr>
        <w:tc>
          <w:tcPr>
            <w:tcW w:w="1065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D51B7A"/>
        </w:tc>
      </w:tr>
    </w:tbl>
    <w:p w:rsidR="00D51B7A" w:rsidRPr="005E1D0A" w:rsidRDefault="002B242C">
      <w:pPr>
        <w:spacing w:before="80" w:after="40"/>
        <w:rPr>
          <w:lang w:val="fr-CH"/>
        </w:rPr>
      </w:pPr>
      <w:r w:rsidRPr="005E1D0A">
        <w:rPr>
          <w:b/>
          <w:lang w:val="fr-CH"/>
        </w:rPr>
        <w:t>TRAITEMENT / MÉDICAMENT À CONNAÎTRE   ☐ NON   ☐ OUI – PRÉCISEZ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2"/>
      </w:tblGrid>
      <w:tr w:rsidR="00D51B7A">
        <w:trPr>
          <w:trHeight w:val="878"/>
        </w:trPr>
        <w:tc>
          <w:tcPr>
            <w:tcW w:w="1065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D51B7A"/>
        </w:tc>
      </w:tr>
    </w:tbl>
    <w:p w:rsidR="00D51B7A" w:rsidRPr="005E1D0A" w:rsidRDefault="002B242C">
      <w:pPr>
        <w:spacing w:before="80" w:after="40"/>
        <w:rPr>
          <w:lang w:val="fr-CH"/>
        </w:rPr>
      </w:pPr>
      <w:r w:rsidRPr="005E1D0A">
        <w:rPr>
          <w:b/>
          <w:lang w:val="fr-CH"/>
        </w:rPr>
        <w:t>BESOINS PARTICULIERS / INFORMATIONS UTILES   ☐ NON   ☐ OUI – PRÉCISEZ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2"/>
      </w:tblGrid>
      <w:tr w:rsidR="00D51B7A">
        <w:trPr>
          <w:trHeight w:val="878"/>
        </w:trPr>
        <w:tc>
          <w:tcPr>
            <w:tcW w:w="1065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D51B7A"/>
        </w:tc>
      </w:tr>
    </w:tbl>
    <w:p w:rsidR="00D51B7A" w:rsidRPr="005E1D0A" w:rsidRDefault="002B242C">
      <w:pPr>
        <w:spacing w:before="80"/>
        <w:rPr>
          <w:lang w:val="fr-CH"/>
        </w:rPr>
      </w:pPr>
      <w:r w:rsidRPr="005E1D0A">
        <w:rPr>
          <w:lang w:val="fr-CH"/>
        </w:rPr>
        <w:t xml:space="preserve">☐ Je souhaite en discuter confidentiellement avec </w:t>
      </w:r>
      <w:proofErr w:type="spellStart"/>
      <w:r w:rsidRPr="005E1D0A">
        <w:rPr>
          <w:lang w:val="fr-CH"/>
        </w:rPr>
        <w:t>un·e</w:t>
      </w:r>
      <w:proofErr w:type="spellEnd"/>
      <w:r w:rsidRPr="005E1D0A">
        <w:rPr>
          <w:lang w:val="fr-CH"/>
        </w:rPr>
        <w:t xml:space="preserve"> membre de l’équipe.</w:t>
      </w:r>
    </w:p>
    <w:p w:rsidR="00D51B7A" w:rsidRPr="005E1D0A" w:rsidRDefault="00D51B7A">
      <w:pPr>
        <w:rPr>
          <w:lang w:val="fr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52"/>
      </w:tblGrid>
      <w:tr w:rsidR="00D51B7A">
        <w:tc>
          <w:tcPr>
            <w:tcW w:w="10652" w:type="dxa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t>5. EN CAS D’URGENCE</w:t>
            </w:r>
          </w:p>
        </w:tc>
      </w:tr>
    </w:tbl>
    <w:p w:rsidR="00D51B7A" w:rsidRPr="005E1D0A" w:rsidRDefault="002B242C">
      <w:pPr>
        <w:spacing w:after="80"/>
        <w:rPr>
          <w:lang w:val="fr-CH"/>
        </w:rPr>
      </w:pPr>
      <w:r w:rsidRPr="005E1D0A">
        <w:rPr>
          <w:lang w:val="fr-CH"/>
        </w:rPr>
        <w:t>☐ J’autorise l’équipe du centre aéré à prendre les mesures nécessaires en cas d’urgence concernant mon enfant, notamment à contacter les services médicaux d’urgence et, si nécessaire, à faire transporter mon enfant par ambulance.</w:t>
      </w:r>
    </w:p>
    <w:p w:rsidR="00D51B7A" w:rsidRPr="005E1D0A" w:rsidRDefault="002B242C">
      <w:pPr>
        <w:rPr>
          <w:lang w:val="fr-CH"/>
        </w:rPr>
      </w:pPr>
      <w:r w:rsidRPr="005E1D0A">
        <w:rPr>
          <w:lang w:val="fr-CH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2"/>
        <w:gridCol w:w="448"/>
      </w:tblGrid>
      <w:tr w:rsidR="00D51B7A">
        <w:tc>
          <w:tcPr>
            <w:tcW w:w="10652" w:type="dxa"/>
            <w:gridSpan w:val="3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t>6. AUTORISATIONS</w:t>
            </w:r>
          </w:p>
        </w:tc>
      </w:tr>
      <w:tr w:rsidR="00D51B7A" w:rsidRPr="005E1D0A">
        <w:tblPrEx>
          <w:jc w:val="center"/>
        </w:tblPrEx>
        <w:trPr>
          <w:gridAfter w:val="1"/>
          <w:wAfter w:w="448" w:type="dxa"/>
          <w:trHeight w:val="935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SORTIES ET ACTIVITÉS EXTÉRIEURES</w:t>
            </w:r>
            <w:r w:rsidRPr="005E1D0A">
              <w:rPr>
                <w:lang w:val="fr-CH"/>
              </w:rPr>
              <w:br/>
            </w:r>
            <w:r w:rsidRPr="005E1D0A">
              <w:rPr>
                <w:lang w:val="fr-CH"/>
              </w:rPr>
              <w:br/>
              <w:t>☐ OUI        ☐ NON</w:t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PHOTOS / VIDÉOS PENDANT LES ACTIVITÉS</w:t>
            </w:r>
            <w:r w:rsidRPr="005E1D0A">
              <w:rPr>
                <w:lang w:val="fr-CH"/>
              </w:rPr>
              <w:br/>
            </w:r>
            <w:r w:rsidRPr="005E1D0A">
              <w:rPr>
                <w:lang w:val="fr-CH"/>
              </w:rPr>
              <w:br/>
              <w:t>☐ OUI        ☐ NON</w:t>
            </w:r>
          </w:p>
        </w:tc>
      </w:tr>
    </w:tbl>
    <w:p w:rsidR="00D51B7A" w:rsidRPr="005E1D0A" w:rsidRDefault="002B242C">
      <w:pPr>
        <w:rPr>
          <w:lang w:val="fr-CH"/>
        </w:rPr>
      </w:pPr>
      <w:r w:rsidRPr="005E1D0A">
        <w:rPr>
          <w:b/>
          <w:lang w:val="fr-CH"/>
        </w:rPr>
        <w:t>Si vous autorisez les photos / vidéos, cochez les utilisations acceptées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6"/>
        <w:gridCol w:w="5326"/>
      </w:tblGrid>
      <w:tr w:rsidR="00D51B7A">
        <w:trPr>
          <w:trHeight w:val="567"/>
        </w:trPr>
        <w:tc>
          <w:tcPr>
            <w:tcW w:w="5326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r>
              <w:t>☐ Affichage dans le centre</w:t>
            </w:r>
          </w:p>
        </w:tc>
        <w:tc>
          <w:tcPr>
            <w:tcW w:w="5326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r>
              <w:t>☐ Supports d’information / flyers</w:t>
            </w:r>
          </w:p>
        </w:tc>
      </w:tr>
      <w:tr w:rsidR="00D51B7A">
        <w:trPr>
          <w:trHeight w:val="567"/>
        </w:trPr>
        <w:tc>
          <w:tcPr>
            <w:tcW w:w="5326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r>
              <w:t>☐ Site internet du centre</w:t>
            </w:r>
          </w:p>
        </w:tc>
        <w:tc>
          <w:tcPr>
            <w:tcW w:w="5326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r>
              <w:t>☐ Réseaux sociaux du centre</w:t>
            </w:r>
          </w:p>
        </w:tc>
      </w:tr>
      <w:tr w:rsidR="00D51B7A">
        <w:trPr>
          <w:trHeight w:val="567"/>
        </w:trPr>
        <w:tc>
          <w:tcPr>
            <w:tcW w:w="5326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r>
              <w:t>☐ Médias / publications partenaires</w:t>
            </w:r>
          </w:p>
        </w:tc>
        <w:tc>
          <w:tcPr>
            <w:tcW w:w="5326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r>
              <w:t>☐ Aucune diffusion</w:t>
            </w:r>
          </w:p>
        </w:tc>
      </w:tr>
    </w:tbl>
    <w:p w:rsidR="00D51B7A" w:rsidRDefault="00D51B7A"/>
    <w:tbl>
      <w:tblPr>
        <w:tblW w:w="0" w:type="auto"/>
        <w:tblLook w:val="04A0" w:firstRow="1" w:lastRow="0" w:firstColumn="1" w:lastColumn="0" w:noHBand="0" w:noVBand="1"/>
      </w:tblPr>
      <w:tblGrid>
        <w:gridCol w:w="10652"/>
      </w:tblGrid>
      <w:tr w:rsidR="00D51B7A">
        <w:tc>
          <w:tcPr>
            <w:tcW w:w="10652" w:type="dxa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t>7. INFORMATIONS COMPLÉMENTAIRES</w:t>
            </w:r>
          </w:p>
        </w:tc>
      </w:tr>
    </w:tbl>
    <w:p w:rsidR="00D51B7A" w:rsidRPr="005E1D0A" w:rsidRDefault="002B242C">
      <w:pPr>
        <w:rPr>
          <w:lang w:val="fr-CH"/>
        </w:rPr>
      </w:pPr>
      <w:r w:rsidRPr="005E1D0A">
        <w:rPr>
          <w:lang w:val="fr-CH"/>
        </w:rPr>
        <w:t>Y a-t-il quelque chose que vous souhaitez que l’équipe sache pour que votre enfant se sente bien au centre ?</w:t>
      </w:r>
    </w:p>
    <w:p w:rsidR="00D51B7A" w:rsidRPr="005E1D0A" w:rsidRDefault="00D51B7A">
      <w:pPr>
        <w:spacing w:before="80" w:after="40"/>
        <w:rPr>
          <w:lang w:val="fr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52"/>
      </w:tblGrid>
      <w:tr w:rsidR="00D51B7A">
        <w:trPr>
          <w:trHeight w:val="2268"/>
        </w:trPr>
        <w:tc>
          <w:tcPr>
            <w:tcW w:w="1065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D51B7A"/>
        </w:tc>
      </w:tr>
      <w:tr w:rsidR="00D51B7A">
        <w:tc>
          <w:tcPr>
            <w:tcW w:w="10652" w:type="dxa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t>8. VALIDATION DE L’INSCRIPTION</w:t>
            </w:r>
          </w:p>
        </w:tc>
      </w:tr>
    </w:tbl>
    <w:p w:rsidR="00D51B7A" w:rsidRPr="005E1D0A" w:rsidRDefault="002B242C">
      <w:pPr>
        <w:spacing w:after="140"/>
        <w:rPr>
          <w:lang w:val="fr-CH"/>
        </w:rPr>
      </w:pPr>
      <w:r w:rsidRPr="005E1D0A">
        <w:rPr>
          <w:lang w:val="fr-CH"/>
        </w:rPr>
        <w:t>☐ Je confirme avoir pris connaissance du fonctionnement et du règlement du centre aéré.</w:t>
      </w:r>
    </w:p>
    <w:p w:rsidR="00D51B7A" w:rsidRPr="005E1D0A" w:rsidRDefault="002B242C">
      <w:pPr>
        <w:spacing w:after="140"/>
        <w:rPr>
          <w:lang w:val="fr-CH"/>
        </w:rPr>
      </w:pPr>
      <w:r w:rsidRPr="005E1D0A">
        <w:rPr>
          <w:lang w:val="fr-CH"/>
        </w:rPr>
        <w:t>☐ Je certifie que les informations indiquées dans cette fiche sont exactes.</w:t>
      </w:r>
    </w:p>
    <w:p w:rsidR="00D51B7A" w:rsidRPr="005E1D0A" w:rsidRDefault="002B242C">
      <w:pPr>
        <w:spacing w:after="140"/>
        <w:rPr>
          <w:lang w:val="fr-CH"/>
        </w:rPr>
      </w:pPr>
      <w:r w:rsidRPr="005E1D0A">
        <w:rPr>
          <w:lang w:val="fr-CH"/>
        </w:rPr>
        <w:t>☐ J’ai pris connaissance des informations concernant le traitement des données personnelles.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D51B7A" w:rsidRPr="005E1D0A">
        <w:trPr>
          <w:trHeight w:val="793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LIEU ET DATE</w:t>
            </w:r>
            <w:r w:rsidRPr="005E1D0A">
              <w:rPr>
                <w:lang w:val="fr-CH"/>
              </w:rP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NOM DU / DE LA RESPONSABLE</w:t>
            </w:r>
            <w:r w:rsidRPr="005E1D0A">
              <w:rPr>
                <w:lang w:val="fr-CH"/>
              </w:rPr>
              <w:br/>
            </w:r>
          </w:p>
        </w:tc>
      </w:tr>
    </w:tbl>
    <w:p w:rsidR="00D51B7A" w:rsidRDefault="005E1D0A">
      <w:pPr>
        <w:spacing w:before="80" w:after="40"/>
      </w:pPr>
      <w:r>
        <w:rPr>
          <w:b/>
        </w:rPr>
        <w:t>SIGNATURE: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2"/>
        <w:gridCol w:w="448"/>
      </w:tblGrid>
      <w:tr w:rsidR="00D51B7A">
        <w:trPr>
          <w:trHeight w:val="1247"/>
        </w:trPr>
        <w:tc>
          <w:tcPr>
            <w:tcW w:w="10652" w:type="dxa"/>
            <w:gridSpan w:val="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D51B7A">
            <w:bookmarkStart w:id="0" w:name="_GoBack"/>
          </w:p>
        </w:tc>
      </w:tr>
      <w:bookmarkEnd w:id="0"/>
      <w:tr w:rsidR="00D51B7A">
        <w:tc>
          <w:tcPr>
            <w:tcW w:w="10652" w:type="dxa"/>
            <w:gridSpan w:val="3"/>
            <w:shd w:val="clear" w:color="auto" w:fill="D9E2F3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rPr>
                <w:b/>
                <w:sz w:val="24"/>
              </w:rPr>
              <w:t>PARTIE RÉSERVÉE À L’ÉQUIPE</w:t>
            </w:r>
          </w:p>
        </w:tc>
      </w:tr>
      <w:tr w:rsidR="00D51B7A" w:rsidRPr="005E1D0A">
        <w:tblPrEx>
          <w:jc w:val="center"/>
        </w:tblPrEx>
        <w:trPr>
          <w:gridAfter w:val="1"/>
          <w:wAfter w:w="448" w:type="dxa"/>
          <w:trHeight w:val="850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2C0E15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☐ Inscription complète</w:t>
            </w:r>
            <w:r w:rsidRPr="005E1D0A">
              <w:rPr>
                <w:lang w:val="fr-CH"/>
              </w:rPr>
              <w:br/>
              <w:t xml:space="preserve">☐ Cotisation </w:t>
            </w:r>
            <w:r w:rsidRPr="005E1D0A">
              <w:rPr>
                <w:b/>
                <w:lang w:val="fr-CH"/>
              </w:rPr>
              <w:t>/ paiement</w:t>
            </w:r>
            <w:r w:rsidR="005E1D0A" w:rsidRPr="005E1D0A">
              <w:rPr>
                <w:b/>
                <w:lang w:val="fr-CH"/>
              </w:rPr>
              <w:t xml:space="preserve"> par virement uniquement</w:t>
            </w:r>
            <w:r w:rsidRPr="005E1D0A">
              <w:rPr>
                <w:lang w:val="fr-CH"/>
              </w:rP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Pr="005E1D0A" w:rsidRDefault="002B242C">
            <w:pPr>
              <w:spacing w:after="0"/>
              <w:rPr>
                <w:lang w:val="fr-CH"/>
              </w:rPr>
            </w:pPr>
            <w:r w:rsidRPr="005E1D0A">
              <w:rPr>
                <w:lang w:val="fr-CH"/>
              </w:rPr>
              <w:t>☐ Autorisations vérifiées</w:t>
            </w:r>
            <w:r w:rsidRPr="005E1D0A">
              <w:rPr>
                <w:lang w:val="fr-CH"/>
              </w:rPr>
              <w:br/>
              <w:t>☐ Informations particulières transmises à l’équipe</w:t>
            </w:r>
          </w:p>
        </w:tc>
      </w:tr>
      <w:tr w:rsidR="00D51B7A" w:rsidTr="002C0E15">
        <w:tblPrEx>
          <w:jc w:val="center"/>
        </w:tblPrEx>
        <w:trPr>
          <w:gridAfter w:val="1"/>
          <w:wAfter w:w="448" w:type="dxa"/>
          <w:trHeight w:val="1141"/>
          <w:jc w:val="center"/>
        </w:trPr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RÉFÉRENT·E</w:t>
            </w:r>
            <w:r>
              <w:br/>
            </w:r>
          </w:p>
        </w:tc>
        <w:tc>
          <w:tcPr>
            <w:tcW w:w="5102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:rsidR="00D51B7A" w:rsidRDefault="002B242C">
            <w:pPr>
              <w:spacing w:after="0"/>
            </w:pPr>
            <w:r>
              <w:t>DATE</w:t>
            </w:r>
            <w:r>
              <w:br/>
            </w:r>
          </w:p>
        </w:tc>
      </w:tr>
    </w:tbl>
    <w:p w:rsidR="002B242C" w:rsidRDefault="002B242C"/>
    <w:sectPr w:rsidR="002B242C" w:rsidSect="00034616">
      <w:footerReference w:type="default" r:id="rId8"/>
      <w:pgSz w:w="12240" w:h="15840"/>
      <w:pgMar w:top="765" w:right="794" w:bottom="765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42C" w:rsidRDefault="002B242C">
      <w:pPr>
        <w:spacing w:after="0" w:line="240" w:lineRule="auto"/>
      </w:pPr>
      <w:r>
        <w:separator/>
      </w:r>
    </w:p>
  </w:endnote>
  <w:endnote w:type="continuationSeparator" w:id="0">
    <w:p w:rsidR="002B242C" w:rsidRDefault="002B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B7A" w:rsidRDefault="00D51B7A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42C" w:rsidRDefault="002B242C">
      <w:pPr>
        <w:spacing w:after="0" w:line="240" w:lineRule="auto"/>
      </w:pPr>
      <w:r>
        <w:separator/>
      </w:r>
    </w:p>
  </w:footnote>
  <w:footnote w:type="continuationSeparator" w:id="0">
    <w:p w:rsidR="002B242C" w:rsidRDefault="002B2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B18"/>
    <w:rsid w:val="0015074B"/>
    <w:rsid w:val="00267961"/>
    <w:rsid w:val="0029639D"/>
    <w:rsid w:val="002B242C"/>
    <w:rsid w:val="002C0E15"/>
    <w:rsid w:val="00326F90"/>
    <w:rsid w:val="005E1D0A"/>
    <w:rsid w:val="00AA1D8D"/>
    <w:rsid w:val="00B47730"/>
    <w:rsid w:val="00C7658D"/>
    <w:rsid w:val="00CB0664"/>
    <w:rsid w:val="00D0002F"/>
    <w:rsid w:val="00D51B7A"/>
    <w:rsid w:val="00E710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99458C6"/>
  <w14:defaultImageDpi w14:val="300"/>
  <w15:docId w15:val="{5CC811DB-0FF1-4C4B-B8F7-89216C8C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0B91E7-C553-4CAD-B29C-B8F596D4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372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Cathy NGUYEN</cp:lastModifiedBy>
  <cp:revision>2</cp:revision>
  <cp:lastPrinted>2026-08-11T09:14:00Z</cp:lastPrinted>
  <dcterms:created xsi:type="dcterms:W3CDTF">2026-08-11T09:14:00Z</dcterms:created>
  <dcterms:modified xsi:type="dcterms:W3CDTF">2026-08-11T09:14:00Z</dcterms:modified>
  <cp:category/>
</cp:coreProperties>
</file>